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ומסע אלמז הביתה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מקורו בקהילת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סדר האירועים ומשמעות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בכתיבה אישית רגשות של געגוע ותקווה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חג של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בכ״ט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צמים, מתפללים ומבקשים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חל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הפך לחג לאומי רק בשנת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חלק מרכזי בחג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(חג של יהודי אתיופיה, ביתא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(התאריך שבו חל חג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(ההסכם בין העם לאלוהים שמחדשים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(רגש של כמיהה למקום רחוק כמו 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(שם הקהילה היהודית-אתיופית)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יום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צמים כל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למקום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מתפללים ומבקשים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מחדשים את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חוגגים בשמחה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רגש של געגוע וקישור לנושא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המזכירה אמונה, משפחה, תקווה או זיכרון של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של יהודי אתיופיה,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כ״ט בחשוון,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צמים, עולים למקום גבוה, מתפללים, מבקשים סליחה וחוגגים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הספר המדפדף לפני מילוי הדף כדי לחבר את התלמידים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החלק על חג הסיגד בקול רם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לגרסה המותאמת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ומסע אלמז הביתה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הסיגד הוא חג של יהודי אתיופיה. בחג הזה מתפללים ומבקשים סליחה. נלמד על החג ועל הסיפור של אלמז.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אתיופיה, ביתא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הקהילה היהודית שבאה מאתיופיה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כ״ט בחשוון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התאריך העברי שבו חל חג הסיגד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מיוחד בין העם לאלוהים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געגוע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רגש של כמיהה למקום או לאדם רחוק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שבו לא אוכלים ולא שותים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רשמי שחוגגים בכל המדינה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של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של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של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של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תאריך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אחרי יום כיפור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צמים, מתפללים ומבקשים 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 ארוחה חגיגית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יוצאים לטיול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הסיגד הפך לחג רשמי במדינה?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של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חל ביום הכיפורים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עולים למקום גבוה ומתפללים.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הפך לחג לאומי בישראל לפני שנת 1950.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מבקשים סליחה ומחדשים את הברית.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הוא חג של יהודי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הסיגד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ביום הסיגד עולים למקום __________ ומתפללים.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בדורות הגלות ביטא החג את הגעגוע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מאז שנת __________ הסיגד הוא חג לאומי במדינת ישראל.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רגש של כמיהה למקום רחוק כמו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כ״ט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 של יהודי אתיופיה, ביתא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הקהילה היהודית-אתיופית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התאריך שבו חל חג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ההסכם בין העם לאלוהים שמחדשים בחג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יום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 בשמחה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מתפללים ומבקשים סליחה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מחדשים את הברית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צמים כל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למקום גבוה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שורות על געגוע שאתם מכירים - למקום, לאדם או לזמן אחר. מה גורם לכם להתגעגע?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אלמז יוצאת למסע ארוך הביתה. כתבו מה לדעתכם עוזר לה להמשיך במסע למרות הקושי.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חג הסיגד ולאיזו קהילה הוא שייך?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ביום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ומסע אלמז הביתה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