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ומסע אלמז הביתה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מקורו בקהילת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האירועים ומשמעות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בכתיבה אישית רגשות של געגוע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בכ״ט בחשוון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של יהודי אתיופיה, 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(התאריך שבו חל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(ההסכם בין העם לאלוהים שמחדשים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(רגש של כמיהה למקום רחוק כמו 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צמים כל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מחדשים את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רגש של געגוע וקישור לנושא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של יהודי אתיופיה,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צמים, עולים למקום גבוה, מתפללים, מבקשים סליחה וחוגגים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הספר המדפדף לפני מילוי הדף כדי לחבר את התלמידים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החלק על חג הסיגד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ומסע אלמז הביתה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יהודי אתיופיה, ביתא ישראל, החוגג געגוע לירושלים וחידוש ברית. בדף הזה נתרגל עובדות על החג ונתחבר לסיפורה של אלמז.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גבוה  ·  חמישים  ·  אתיופיה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 של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של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בפסח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הוא חג של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חל ביום הכיפורים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עולים למקום גבוה ומתפללים.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הוא חג של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ביום הסיגד עולים למקום __________ ומתפללים.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רגש של כמיהה למקום רחוק כמו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ההסכם בין העם לאלוהים שמחדשים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חג של יהודי אתיופיה, ביתא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התאריך שבו חל חג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למקום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מחדשים את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צמים כל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מתפללים ומבקשים סליחה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שורות על געגוע שאתם מכירים - למקום, לאדם או לזמן אחר. מה גורם לכם להתגעגע?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חג הסיגד ולאיזו קהילה הוא שייך?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ומסע אלמז הביתה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